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F41DE" w14:textId="77777777" w:rsidR="003E067F" w:rsidRDefault="00000000">
      <w:pPr>
        <w:pStyle w:val="Cmsor1"/>
      </w:pPr>
      <w:r>
        <w:t>COMUNICACIÓN DE APLICACIÓN DE LA RETENCIÓN IRPF DEL 7% (NUEVO PROFESIONAL)</w:t>
      </w:r>
    </w:p>
    <w:p w14:paraId="026E98F3" w14:textId="77777777" w:rsidR="003E067F" w:rsidRDefault="00000000">
      <w:r>
        <w:rPr>
          <w:b/>
        </w:rPr>
        <w:t xml:space="preserve">Destinatario: </w:t>
      </w:r>
      <w:r>
        <w:t>Pagador / Cliente (nombre, NIF)</w:t>
      </w:r>
    </w:p>
    <w:p w14:paraId="67EE57B3" w14:textId="77777777" w:rsidR="003E067F" w:rsidRDefault="00000000">
      <w:r>
        <w:rPr>
          <w:b/>
        </w:rPr>
        <w:t xml:space="preserve">Asunto: </w:t>
      </w:r>
      <w:r>
        <w:t>Comunicación para aplicar retención reducida del 7% – inicio de actividad profesional</w:t>
      </w:r>
    </w:p>
    <w:p w14:paraId="3DA75B6D" w14:textId="77777777" w:rsidR="003E067F" w:rsidRDefault="00000000">
      <w:r>
        <w:t>Yo, como trabajador autónomo que realiza una actividad profesional, por la presente le comunico que, conforme a la normativa vigente del IRPF, durante el año de inicio de la actividad y los dos ejercicios siguientes me es aplicable el tipo de retención reducido del 7% (en lugar del 15%), al no haber ejercido ninguna actividad profesional en el año natural anterior al inicio.</w:t>
      </w:r>
    </w:p>
    <w:p w14:paraId="586B3691" w14:textId="77777777" w:rsidR="003E067F" w:rsidRDefault="00000000">
      <w:r>
        <w:t>Ruego apliquen la retención del 7% sobre las cantidades satisfechas por mis servicios profesionales y conserven esta comunicación a efectos justificativos. En caso de dejar de cumplir los requisitos, seré responsable de comunicarlo para aplicar el tipo general del 15%.</w:t>
      </w:r>
    </w:p>
    <w:p w14:paraId="24194DF1" w14:textId="77777777" w:rsidR="003E067F" w:rsidRDefault="00000000">
      <w:r>
        <w:t>Lugar y fecha: ........................................................., a ....... de ........................ de 20......</w:t>
      </w:r>
    </w:p>
    <w:tbl>
      <w:tblPr>
        <w:tblStyle w:val="Vilgosrcs1jellszn"/>
        <w:tblW w:w="0" w:type="auto"/>
        <w:tblLook w:val="04A0" w:firstRow="1" w:lastRow="0" w:firstColumn="1" w:lastColumn="0" w:noHBand="0" w:noVBand="1"/>
      </w:tblPr>
      <w:tblGrid>
        <w:gridCol w:w="4312"/>
        <w:gridCol w:w="4308"/>
      </w:tblGrid>
      <w:tr w:rsidR="003E067F" w14:paraId="44090277" w14:textId="77777777" w:rsidTr="003E06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79CFD44A" w14:textId="77777777" w:rsidR="003E067F" w:rsidRDefault="00000000">
            <w:r>
              <w:t>Nombre y apellidos del profesional</w:t>
            </w:r>
          </w:p>
        </w:tc>
        <w:tc>
          <w:tcPr>
            <w:tcW w:w="4320" w:type="dxa"/>
          </w:tcPr>
          <w:p w14:paraId="35100E80" w14:textId="77777777" w:rsidR="003E067F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3E067F" w14:paraId="14DF3FE0" w14:textId="77777777" w:rsidTr="003E06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28B07163" w14:textId="77777777" w:rsidR="003E067F" w:rsidRDefault="00000000">
            <w:r>
              <w:t>NIF/NIE</w:t>
            </w:r>
          </w:p>
        </w:tc>
        <w:tc>
          <w:tcPr>
            <w:tcW w:w="4320" w:type="dxa"/>
          </w:tcPr>
          <w:p w14:paraId="13FABADC" w14:textId="77777777" w:rsidR="003E067F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3E067F" w14:paraId="76697548" w14:textId="77777777" w:rsidTr="003E067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53A21F75" w14:textId="77777777" w:rsidR="003E067F" w:rsidRDefault="00000000">
            <w:r>
              <w:t>Epígrafe IAE (Sección 2 – Actividades profesionales)</w:t>
            </w:r>
          </w:p>
        </w:tc>
        <w:tc>
          <w:tcPr>
            <w:tcW w:w="4320" w:type="dxa"/>
          </w:tcPr>
          <w:p w14:paraId="0D9DB65B" w14:textId="77777777" w:rsidR="003E067F" w:rsidRDefault="00000000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>
              <w:t xml:space="preserve"> </w:t>
            </w:r>
          </w:p>
        </w:tc>
      </w:tr>
      <w:tr w:rsidR="003E067F" w14:paraId="232DAC4E" w14:textId="77777777" w:rsidTr="003E06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20" w:type="dxa"/>
          </w:tcPr>
          <w:p w14:paraId="46C53C26" w14:textId="77777777" w:rsidR="003E067F" w:rsidRDefault="00000000">
            <w:r>
              <w:t>Fecha de inicio de la actividad</w:t>
            </w:r>
          </w:p>
        </w:tc>
        <w:tc>
          <w:tcPr>
            <w:tcW w:w="4320" w:type="dxa"/>
          </w:tcPr>
          <w:p w14:paraId="17A1545A" w14:textId="77777777" w:rsidR="003E067F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</w:t>
            </w:r>
          </w:p>
        </w:tc>
      </w:tr>
    </w:tbl>
    <w:p w14:paraId="2A37FB3D" w14:textId="77777777" w:rsidR="003E067F" w:rsidRDefault="00000000">
      <w:r>
        <w:br/>
        <w:t>Firma: ____________________________________</w:t>
      </w:r>
    </w:p>
    <w:p w14:paraId="40AE10E7" w14:textId="77777777" w:rsidR="003E067F" w:rsidRDefault="00000000">
      <w:r>
        <w:br/>
        <w:t>Nota para la facturación: incluir en la factura la leyenda “Retención IRPF 7% (nuevo profesional)”.</w:t>
      </w:r>
    </w:p>
    <w:p w14:paraId="70CB3B2B" w14:textId="77777777" w:rsidR="003E067F" w:rsidRDefault="00000000">
      <w:r>
        <w:br/>
        <w:t>Referencias legales: art. 101.5 de la Ley del IRPF (LIRPF) y art. 95.1 del Reglamento del IRPF (RIRPF). Aplicable a nuevos profesionales durante el año de inicio y los dos siguientes, siempre que no se hubiera ejercido actividad profesional en el año natural anterior.</w:t>
      </w:r>
    </w:p>
    <w:sectPr w:rsidR="003E067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zmozottlist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zmozottlist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Felsorol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Felsorol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zmozottlist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Felsorol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22290656">
    <w:abstractNumId w:val="8"/>
  </w:num>
  <w:num w:numId="2" w16cid:durableId="1569343732">
    <w:abstractNumId w:val="6"/>
  </w:num>
  <w:num w:numId="3" w16cid:durableId="1615594774">
    <w:abstractNumId w:val="5"/>
  </w:num>
  <w:num w:numId="4" w16cid:durableId="933511463">
    <w:abstractNumId w:val="4"/>
  </w:num>
  <w:num w:numId="5" w16cid:durableId="474878772">
    <w:abstractNumId w:val="7"/>
  </w:num>
  <w:num w:numId="6" w16cid:durableId="638340789">
    <w:abstractNumId w:val="3"/>
  </w:num>
  <w:num w:numId="7" w16cid:durableId="136842769">
    <w:abstractNumId w:val="2"/>
  </w:num>
  <w:num w:numId="8" w16cid:durableId="953442585">
    <w:abstractNumId w:val="1"/>
  </w:num>
  <w:num w:numId="9" w16cid:durableId="13248137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1F36CA"/>
    <w:rsid w:val="0029639D"/>
    <w:rsid w:val="00326F90"/>
    <w:rsid w:val="003E067F"/>
    <w:rsid w:val="00465FC9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C687006"/>
  <w14:defaultImageDpi w14:val="300"/>
  <w15:docId w15:val="{0FF8C615-4984-46BC-88F1-DC60AFBEED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C693F"/>
    <w:rPr>
      <w:rFonts w:ascii="Calibri" w:hAnsi="Calibri"/>
    </w:rPr>
  </w:style>
  <w:style w:type="paragraph" w:styleId="Cmsor1">
    <w:name w:val="heading 1"/>
    <w:basedOn w:val="Norml"/>
    <w:next w:val="Norml"/>
    <w:link w:val="Cmsor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618BF"/>
  </w:style>
  <w:style w:type="paragraph" w:styleId="llb">
    <w:name w:val="footer"/>
    <w:basedOn w:val="Norml"/>
    <w:link w:val="llb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18BF"/>
  </w:style>
  <w:style w:type="paragraph" w:styleId="Nincstrkz">
    <w:name w:val="No Spacing"/>
    <w:uiPriority w:val="1"/>
    <w:qFormat/>
    <w:rsid w:val="00FC693F"/>
    <w:pPr>
      <w:spacing w:after="0" w:line="240" w:lineRule="auto"/>
    </w:pPr>
  </w:style>
  <w:style w:type="character" w:customStyle="1" w:styleId="Cmsor1Char">
    <w:name w:val="Címsor 1 Char"/>
    <w:basedOn w:val="Bekezdsalapbettpusa"/>
    <w:link w:val="Cmsor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Cmsor2Char">
    <w:name w:val="Címsor 2 Char"/>
    <w:basedOn w:val="Bekezdsalapbettpusa"/>
    <w:link w:val="Cmsor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Cm">
    <w:name w:val="Title"/>
    <w:basedOn w:val="Norml"/>
    <w:next w:val="Norml"/>
    <w:link w:val="Cm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mChar">
    <w:name w:val="Cím Char"/>
    <w:basedOn w:val="Bekezdsalapbettpusa"/>
    <w:link w:val="Cm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cm">
    <w:name w:val="Subtitle"/>
    <w:basedOn w:val="Norml"/>
    <w:next w:val="Norml"/>
    <w:link w:val="Alcm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cmChar">
    <w:name w:val="Alcím Char"/>
    <w:basedOn w:val="Bekezdsalapbettpusa"/>
    <w:link w:val="Alcm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aszerbekezds">
    <w:name w:val="List Paragraph"/>
    <w:basedOn w:val="Norml"/>
    <w:uiPriority w:val="34"/>
    <w:qFormat/>
    <w:rsid w:val="00FC693F"/>
    <w:pPr>
      <w:ind w:left="720"/>
      <w:contextualSpacing/>
    </w:pPr>
  </w:style>
  <w:style w:type="paragraph" w:styleId="Szvegtrzs">
    <w:name w:val="Body Text"/>
    <w:basedOn w:val="Norml"/>
    <w:link w:val="SzvegtrzsChar"/>
    <w:uiPriority w:val="99"/>
    <w:unhideWhenUsed/>
    <w:rsid w:val="00AA1D8D"/>
    <w:pPr>
      <w:spacing w:after="120"/>
    </w:pPr>
  </w:style>
  <w:style w:type="character" w:customStyle="1" w:styleId="SzvegtrzsChar">
    <w:name w:val="Szövegtörzs Char"/>
    <w:basedOn w:val="Bekezdsalapbettpusa"/>
    <w:link w:val="Szvegtrzs"/>
    <w:uiPriority w:val="99"/>
    <w:rsid w:val="00AA1D8D"/>
  </w:style>
  <w:style w:type="paragraph" w:styleId="Szvegtrzs2">
    <w:name w:val="Body Text 2"/>
    <w:basedOn w:val="Norml"/>
    <w:link w:val="Szvegtrzs2Char"/>
    <w:uiPriority w:val="99"/>
    <w:unhideWhenUsed/>
    <w:rsid w:val="00AA1D8D"/>
    <w:pPr>
      <w:spacing w:after="120" w:line="480" w:lineRule="auto"/>
    </w:pPr>
  </w:style>
  <w:style w:type="character" w:customStyle="1" w:styleId="Szvegtrzs2Char">
    <w:name w:val="Szövegtörzs 2 Char"/>
    <w:basedOn w:val="Bekezdsalapbettpusa"/>
    <w:link w:val="Szvegtrzs2"/>
    <w:uiPriority w:val="99"/>
    <w:rsid w:val="00AA1D8D"/>
  </w:style>
  <w:style w:type="paragraph" w:styleId="Szvegtrzs3">
    <w:name w:val="Body Text 3"/>
    <w:basedOn w:val="Norml"/>
    <w:link w:val="Szvegtrzs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Szvegtrzs3Char">
    <w:name w:val="Szövegtörzs 3 Char"/>
    <w:basedOn w:val="Bekezdsalapbettpusa"/>
    <w:link w:val="Szvegtrzs3"/>
    <w:uiPriority w:val="99"/>
    <w:rsid w:val="00AA1D8D"/>
    <w:rPr>
      <w:sz w:val="16"/>
      <w:szCs w:val="16"/>
    </w:rPr>
  </w:style>
  <w:style w:type="paragraph" w:styleId="Lista">
    <w:name w:val="List"/>
    <w:basedOn w:val="Norm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l"/>
    <w:uiPriority w:val="99"/>
    <w:unhideWhenUsed/>
    <w:rsid w:val="00326F90"/>
    <w:pPr>
      <w:ind w:left="1080" w:hanging="360"/>
      <w:contextualSpacing/>
    </w:pPr>
  </w:style>
  <w:style w:type="paragraph" w:styleId="Felsorols">
    <w:name w:val="List Bullet"/>
    <w:basedOn w:val="Norml"/>
    <w:uiPriority w:val="99"/>
    <w:unhideWhenUsed/>
    <w:rsid w:val="00326F90"/>
    <w:pPr>
      <w:numPr>
        <w:numId w:val="1"/>
      </w:numPr>
      <w:contextualSpacing/>
    </w:pPr>
  </w:style>
  <w:style w:type="paragraph" w:styleId="Felsorols2">
    <w:name w:val="List Bullet 2"/>
    <w:basedOn w:val="Norml"/>
    <w:uiPriority w:val="99"/>
    <w:unhideWhenUsed/>
    <w:rsid w:val="00326F90"/>
    <w:pPr>
      <w:numPr>
        <w:numId w:val="2"/>
      </w:numPr>
      <w:contextualSpacing/>
    </w:pPr>
  </w:style>
  <w:style w:type="paragraph" w:styleId="Felsorols3">
    <w:name w:val="List Bullet 3"/>
    <w:basedOn w:val="Norml"/>
    <w:uiPriority w:val="99"/>
    <w:unhideWhenUsed/>
    <w:rsid w:val="00326F90"/>
    <w:pPr>
      <w:numPr>
        <w:numId w:val="3"/>
      </w:numPr>
      <w:contextualSpacing/>
    </w:pPr>
  </w:style>
  <w:style w:type="paragraph" w:styleId="Szmozottlista">
    <w:name w:val="List Number"/>
    <w:basedOn w:val="Norml"/>
    <w:uiPriority w:val="99"/>
    <w:unhideWhenUsed/>
    <w:rsid w:val="00326F90"/>
    <w:pPr>
      <w:numPr>
        <w:numId w:val="5"/>
      </w:numPr>
      <w:contextualSpacing/>
    </w:pPr>
  </w:style>
  <w:style w:type="paragraph" w:styleId="Szmozottlista2">
    <w:name w:val="List Number 2"/>
    <w:basedOn w:val="Norml"/>
    <w:uiPriority w:val="99"/>
    <w:unhideWhenUsed/>
    <w:rsid w:val="0029639D"/>
    <w:pPr>
      <w:numPr>
        <w:numId w:val="6"/>
      </w:numPr>
      <w:contextualSpacing/>
    </w:pPr>
  </w:style>
  <w:style w:type="paragraph" w:styleId="Szmozottlista3">
    <w:name w:val="List Number 3"/>
    <w:basedOn w:val="Norml"/>
    <w:uiPriority w:val="99"/>
    <w:unhideWhenUsed/>
    <w:rsid w:val="0029639D"/>
    <w:pPr>
      <w:numPr>
        <w:numId w:val="7"/>
      </w:numPr>
      <w:contextualSpacing/>
    </w:pPr>
  </w:style>
  <w:style w:type="paragraph" w:styleId="Listafolytatsa">
    <w:name w:val="List Continue"/>
    <w:basedOn w:val="Norml"/>
    <w:uiPriority w:val="99"/>
    <w:unhideWhenUsed/>
    <w:rsid w:val="0029639D"/>
    <w:pPr>
      <w:spacing w:after="120"/>
      <w:ind w:left="360"/>
      <w:contextualSpacing/>
    </w:pPr>
  </w:style>
  <w:style w:type="paragraph" w:styleId="Listafolytatsa2">
    <w:name w:val="List Continue 2"/>
    <w:basedOn w:val="Norml"/>
    <w:uiPriority w:val="99"/>
    <w:unhideWhenUsed/>
    <w:rsid w:val="0029639D"/>
    <w:pPr>
      <w:spacing w:after="120"/>
      <w:ind w:left="720"/>
      <w:contextualSpacing/>
    </w:pPr>
  </w:style>
  <w:style w:type="paragraph" w:styleId="Listafolytatsa3">
    <w:name w:val="List Continue 3"/>
    <w:basedOn w:val="Norml"/>
    <w:uiPriority w:val="99"/>
    <w:unhideWhenUsed/>
    <w:rsid w:val="0029639D"/>
    <w:pPr>
      <w:spacing w:after="120"/>
      <w:ind w:left="1080"/>
      <w:contextualSpacing/>
    </w:pPr>
  </w:style>
  <w:style w:type="paragraph" w:styleId="Makrszvege">
    <w:name w:val="macro"/>
    <w:link w:val="Makrszvege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szvegeChar">
    <w:name w:val="Makró szövege Char"/>
    <w:basedOn w:val="Bekezdsalapbettpusa"/>
    <w:link w:val="Makrszvege"/>
    <w:uiPriority w:val="99"/>
    <w:rsid w:val="0029639D"/>
    <w:rPr>
      <w:rFonts w:ascii="Courier" w:hAnsi="Courier"/>
      <w:sz w:val="20"/>
      <w:szCs w:val="20"/>
    </w:rPr>
  </w:style>
  <w:style w:type="paragraph" w:styleId="Idzet">
    <w:name w:val="Quote"/>
    <w:basedOn w:val="Norml"/>
    <w:next w:val="Norml"/>
    <w:link w:val="IdzetChar"/>
    <w:uiPriority w:val="29"/>
    <w:qFormat/>
    <w:rsid w:val="00FC693F"/>
    <w:rPr>
      <w:i/>
      <w:iCs/>
      <w:color w:val="000000" w:themeColor="text1"/>
    </w:rPr>
  </w:style>
  <w:style w:type="character" w:customStyle="1" w:styleId="IdzetChar">
    <w:name w:val="Idézet Char"/>
    <w:basedOn w:val="Bekezdsalapbettpusa"/>
    <w:link w:val="Idzet"/>
    <w:uiPriority w:val="29"/>
    <w:rsid w:val="00FC693F"/>
    <w:rPr>
      <w:i/>
      <w:iCs/>
      <w:color w:val="000000" w:themeColor="text1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Kpalrs">
    <w:name w:val="caption"/>
    <w:basedOn w:val="Norml"/>
    <w:next w:val="Norm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Kiemels2">
    <w:name w:val="Strong"/>
    <w:basedOn w:val="Bekezdsalapbettpusa"/>
    <w:uiPriority w:val="22"/>
    <w:qFormat/>
    <w:rsid w:val="00FC693F"/>
    <w:rPr>
      <w:b/>
      <w:bCs/>
    </w:rPr>
  </w:style>
  <w:style w:type="character" w:styleId="Kiemels">
    <w:name w:val="Emphasis"/>
    <w:basedOn w:val="Bekezdsalapbettpusa"/>
    <w:uiPriority w:val="20"/>
    <w:qFormat/>
    <w:rsid w:val="00FC693F"/>
    <w:rPr>
      <w:i/>
      <w:iCs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FC693F"/>
    <w:rPr>
      <w:b/>
      <w:bCs/>
      <w:i/>
      <w:iCs/>
      <w:color w:val="4F81BD" w:themeColor="accent1"/>
    </w:rPr>
  </w:style>
  <w:style w:type="character" w:styleId="Finomkiemels">
    <w:name w:val="Subtle Emphasis"/>
    <w:basedOn w:val="Bekezdsalapbettpusa"/>
    <w:uiPriority w:val="19"/>
    <w:qFormat/>
    <w:rsid w:val="00FC693F"/>
    <w:rPr>
      <w:i/>
      <w:iCs/>
      <w:color w:val="808080" w:themeColor="text1" w:themeTint="7F"/>
    </w:rPr>
  </w:style>
  <w:style w:type="character" w:styleId="Erskiemels">
    <w:name w:val="Intense Emphasis"/>
    <w:basedOn w:val="Bekezdsalapbettpusa"/>
    <w:uiPriority w:val="21"/>
    <w:qFormat/>
    <w:rsid w:val="00FC693F"/>
    <w:rPr>
      <w:b/>
      <w:bCs/>
      <w:i/>
      <w:iCs/>
      <w:color w:val="4F81BD" w:themeColor="accent1"/>
    </w:rPr>
  </w:style>
  <w:style w:type="character" w:styleId="Finomhivatkozs">
    <w:name w:val="Subtle Reference"/>
    <w:basedOn w:val="Bekezdsalapbettpusa"/>
    <w:uiPriority w:val="31"/>
    <w:qFormat/>
    <w:rsid w:val="00FC693F"/>
    <w:rPr>
      <w:smallCaps/>
      <w:color w:val="C0504D" w:themeColor="accent2"/>
      <w:u w:val="single"/>
    </w:rPr>
  </w:style>
  <w:style w:type="character" w:styleId="Ershivatkozs">
    <w:name w:val="Intense Reference"/>
    <w:basedOn w:val="Bekezdsalapbettpusa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nyvcme">
    <w:name w:val="Book Title"/>
    <w:basedOn w:val="Bekezdsalapbettpusa"/>
    <w:uiPriority w:val="33"/>
    <w:qFormat/>
    <w:rsid w:val="00FC693F"/>
    <w:rPr>
      <w:b/>
      <w:bCs/>
      <w:smallCaps/>
      <w:spacing w:val="5"/>
    </w:rPr>
  </w:style>
  <w:style w:type="paragraph" w:styleId="Tartalomjegyzkcmsora">
    <w:name w:val="TOC Heading"/>
    <w:basedOn w:val="Cmsor1"/>
    <w:next w:val="Norml"/>
    <w:uiPriority w:val="39"/>
    <w:semiHidden/>
    <w:unhideWhenUsed/>
    <w:qFormat/>
    <w:rsid w:val="00FC693F"/>
    <w:pPr>
      <w:outlineLvl w:val="9"/>
    </w:pPr>
  </w:style>
  <w:style w:type="table" w:styleId="Rcsostblzat">
    <w:name w:val="Table Grid"/>
    <w:basedOn w:val="Normltblzat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ilgostnus">
    <w:name w:val="Light Shading"/>
    <w:basedOn w:val="Normltblzat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ilgosrnykols1jellszn">
    <w:name w:val="Light Shading Accent 1"/>
    <w:basedOn w:val="Normltblzat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Vilgosrnykols2jellszn">
    <w:name w:val="Light Shading Accent 2"/>
    <w:basedOn w:val="Normltblzat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Vilgosrnykols3jellszn">
    <w:name w:val="Light Shading Accent 3"/>
    <w:basedOn w:val="Normltblzat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Vilgosrnykols4jellszn">
    <w:name w:val="Light Shading Accent 4"/>
    <w:basedOn w:val="Normltblzat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Vilgosrnykols5jellszn">
    <w:name w:val="Light Shading Accent 5"/>
    <w:basedOn w:val="Normltblzat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Vilgosrnykols6jellszn">
    <w:name w:val="Light Shading Accent 6"/>
    <w:basedOn w:val="Normltblzat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Vilgoslista">
    <w:name w:val="Light List"/>
    <w:basedOn w:val="Normltblzat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Vilgoslista1jellszn">
    <w:name w:val="Light List Accent 1"/>
    <w:basedOn w:val="Normltblzat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Vilgoslista2jellszn">
    <w:name w:val="Light List Accent 2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Vilgoslista3jellszn">
    <w:name w:val="Light List Accent 3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Vilgoslista4jellszn">
    <w:name w:val="Light List Accent 4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Vilgoslista5jellszn">
    <w:name w:val="Light List Accent 5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Vilgoslista6jellszn">
    <w:name w:val="Light List Accent 6"/>
    <w:basedOn w:val="Normltblzat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Vilgosrcs">
    <w:name w:val="Light Grid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Vilgosrcs1jellszn">
    <w:name w:val="Light Grid Accent 1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Vilgosrcs2jellszn">
    <w:name w:val="Light Grid Accent 2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Vilgosrcs3jellszn">
    <w:name w:val="Light Grid Accent 3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Vilgosrcs4jellszn">
    <w:name w:val="Light Grid Accent 4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Vilgosrcs5jellszn">
    <w:name w:val="Light Grid Accent 5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Vilgosrcs6jellszn">
    <w:name w:val="Light Grid Accent 6"/>
    <w:basedOn w:val="Normltblzat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Kzepesrnykols1">
    <w:name w:val="Medium Shading 1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1jellszn">
    <w:name w:val="Medium Shading 1 Accent 1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2jellszn">
    <w:name w:val="Medium Shading 1 Accent 2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3jellszn">
    <w:name w:val="Medium Shading 1 Accent 3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4jellszn">
    <w:name w:val="Medium Shading 1 Accent 4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5jellszn">
    <w:name w:val="Medium Shading 1 Accent 5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16jellszn">
    <w:name w:val="Medium Shading 1 Accent 6"/>
    <w:basedOn w:val="Normltblzat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Kzepesrnykols2">
    <w:name w:val="Medium Shading 2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1jellszn">
    <w:name w:val="Medium Shading 2 Accent 1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2jellszn">
    <w:name w:val="Medium Shading 2 Accent 2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3jellszn">
    <w:name w:val="Medium Shading 2 Accent 3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4jellszn">
    <w:name w:val="Medium Shading 2 Accent 4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5jellszn">
    <w:name w:val="Medium Shading 2 Accent 5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rnykols26jellszn">
    <w:name w:val="Medium Shading 2 Accent 6"/>
    <w:basedOn w:val="Normltblzat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zepeslista1">
    <w:name w:val="Medium List 1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Kzepeslista11jellszn">
    <w:name w:val="Medium List 1 Accent 1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Kzepeslista12jellszn">
    <w:name w:val="Medium List 1 Accent 2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Kzepeslista13jellszn">
    <w:name w:val="Medium List 1 Accent 3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Kzepeslista14jellszn">
    <w:name w:val="Medium List 1 Accent 4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Kzepeslista15jellszn">
    <w:name w:val="Medium List 1 Accent 5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Kzepeslista16jellszn">
    <w:name w:val="Medium List 1 Accent 6"/>
    <w:basedOn w:val="Normltblzat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Kzepeslista2">
    <w:name w:val="Medium List 2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1jellszn">
    <w:name w:val="Medium List 2 Accent 1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2jellszn">
    <w:name w:val="Medium List 2 Accent 2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3jellszn">
    <w:name w:val="Medium List 2 Accent 3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4jellszn">
    <w:name w:val="Medium List 2 Accent 4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5jellszn">
    <w:name w:val="Medium List 2 Accent 5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lista26jellszn">
    <w:name w:val="Medium List 2 Accent 6"/>
    <w:basedOn w:val="Normltblzat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Kzepesrcs1">
    <w:name w:val="Medium Grid 1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zepesrcs11jellszn">
    <w:name w:val="Medium Grid 1 Accent 1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zepesrcs12jellszn">
    <w:name w:val="Medium Grid 1 Accent 2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zepesrcs13jellszn">
    <w:name w:val="Medium Grid 1 Accent 3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zepesrcs14jellszn">
    <w:name w:val="Medium Grid 1 Accent 4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zepesrcs15jellszn">
    <w:name w:val="Medium Grid 1 Accent 5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zepesrcs16jellszn">
    <w:name w:val="Medium Grid 1 Accent 6"/>
    <w:basedOn w:val="Normltblzat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Kzepesrcs2">
    <w:name w:val="Medium Grid 2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1jellszn">
    <w:name w:val="Medium Grid 2 Accent 1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2jellszn">
    <w:name w:val="Medium Grid 2 Accent 2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3jellszn">
    <w:name w:val="Medium Grid 2 Accent 3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4jellszn">
    <w:name w:val="Medium Grid 2 Accent 4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5jellszn">
    <w:name w:val="Medium Grid 2 Accent 5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26jellszn">
    <w:name w:val="Medium Grid 2 Accent 6"/>
    <w:basedOn w:val="Normltblzat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Kzepesrcs3">
    <w:name w:val="Medium Grid 3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Kzepesrcs31jellszn">
    <w:name w:val="Medium Grid 3 Accent 1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Kzepesrcs32jellszn">
    <w:name w:val="Medium Grid 3 Accent 2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Kzepesrcs33jellszn">
    <w:name w:val="Medium Grid 3 Accent 3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Kzepesrcs34jellszn">
    <w:name w:val="Medium Grid 3 Accent 4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Kzepesrcs35jellszn">
    <w:name w:val="Medium Grid 3 Accent 5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Kzepesrcs36jellszn">
    <w:name w:val="Medium Grid 3 Accent 6"/>
    <w:basedOn w:val="Normltblzat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Sttlista">
    <w:name w:val="Dark List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Sttlista1jellszn">
    <w:name w:val="Dark List Accent 1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Sttlista2jellszn">
    <w:name w:val="Dark List Accent 2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Sttlista3jellszn">
    <w:name w:val="Dark List Accent 3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Sttlista4jellszn">
    <w:name w:val="Dark List Accent 4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Sttlista5jellszn">
    <w:name w:val="Dark List Accent 5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Sttlista6jellszn">
    <w:name w:val="Dark List Accent 6"/>
    <w:basedOn w:val="Normltblzat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znesrnykols">
    <w:name w:val="Colorful Shading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1jellszn">
    <w:name w:val="Colorful Shading Accent 1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2jellszn">
    <w:name w:val="Colorful Shading Accent 2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3jellszn">
    <w:name w:val="Colorful Shading Accent 3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znesrnykols4jellszn">
    <w:name w:val="Colorful Shading Accent 4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5jellszn">
    <w:name w:val="Colorful Shading Accent 5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rnykols6jellszn">
    <w:name w:val="Colorful Shading Accent 6"/>
    <w:basedOn w:val="Normltblzat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zneslista">
    <w:name w:val="Colorful List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zneslista1jellszn">
    <w:name w:val="Colorful List Accent 1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Szneslista2jellszn">
    <w:name w:val="Colorful List Accent 2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Szneslista3jellszn">
    <w:name w:val="Colorful List Accent 3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Szneslista4jellszn">
    <w:name w:val="Colorful List Accent 4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Szneslista5jellszn">
    <w:name w:val="Colorful List Accent 5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Szneslista6jellszn">
    <w:name w:val="Colorful List Accent 6"/>
    <w:basedOn w:val="Normltblzat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znesrcs">
    <w:name w:val="Colorful Grid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znesrcs1jellszn">
    <w:name w:val="Colorful Grid Accent 1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znesrcs2jellszn">
    <w:name w:val="Colorful Grid Accent 2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znesrcs3jellszn">
    <w:name w:val="Colorful Grid Accent 3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znesrcs4jellszn">
    <w:name w:val="Colorful Grid Accent 4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znesrcs5jellszn">
    <w:name w:val="Colorful Grid Accent 5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znesrcs6jellszn">
    <w:name w:val="Colorful Grid Accent 6"/>
    <w:basedOn w:val="Normltblzat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1540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Renáta Mező</cp:lastModifiedBy>
  <cp:revision>2</cp:revision>
  <dcterms:created xsi:type="dcterms:W3CDTF">2025-10-17T16:18:00Z</dcterms:created>
  <dcterms:modified xsi:type="dcterms:W3CDTF">2025-10-17T16:18:00Z</dcterms:modified>
  <cp:category/>
</cp:coreProperties>
</file>